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30140" w14:textId="77777777" w:rsidR="002F00E1" w:rsidRPr="00103D92" w:rsidRDefault="005D23D5">
      <w:pPr>
        <w:pStyle w:val="Heading1"/>
        <w:rPr>
          <w:sz w:val="40"/>
          <w:szCs w:val="40"/>
        </w:rPr>
      </w:pPr>
      <w:r w:rsidRPr="00103D92">
        <w:rPr>
          <w:sz w:val="36"/>
          <w:szCs w:val="36"/>
        </w:rPr>
        <w:t>Meeting Minutes</w:t>
      </w:r>
    </w:p>
    <w:p w14:paraId="35C72210" w14:textId="33729B9A" w:rsidR="00103D92" w:rsidRPr="00103D92" w:rsidRDefault="00E0439D">
      <w:pPr>
        <w:rPr>
          <w:b/>
          <w:bCs/>
          <w:sz w:val="24"/>
          <w:szCs w:val="24"/>
        </w:rPr>
      </w:pPr>
      <w:r w:rsidRPr="00103D92">
        <w:rPr>
          <w:b/>
          <w:bCs/>
          <w:sz w:val="24"/>
          <w:szCs w:val="24"/>
        </w:rPr>
        <w:t>Product</w:t>
      </w:r>
      <w:r w:rsidR="005D23D5" w:rsidRPr="00103D92">
        <w:rPr>
          <w:b/>
          <w:bCs/>
          <w:sz w:val="24"/>
          <w:szCs w:val="24"/>
        </w:rPr>
        <w:t>: DTMQA</w:t>
      </w:r>
    </w:p>
    <w:p w14:paraId="20B98CFC" w14:textId="77777777" w:rsidR="002F00E1" w:rsidRPr="00E0439D" w:rsidRDefault="005D23D5" w:rsidP="00152CC5">
      <w:pPr>
        <w:spacing w:after="0"/>
        <w:rPr>
          <w:sz w:val="24"/>
          <w:szCs w:val="24"/>
        </w:rPr>
      </w:pPr>
      <w:r w:rsidRPr="00E0439D">
        <w:rPr>
          <w:sz w:val="24"/>
          <w:szCs w:val="24"/>
        </w:rPr>
        <w:t>Date: 30 November 2025</w:t>
      </w:r>
    </w:p>
    <w:p w14:paraId="09625F04" w14:textId="77777777" w:rsidR="002F00E1" w:rsidRPr="00E0439D" w:rsidRDefault="005D23D5">
      <w:pPr>
        <w:rPr>
          <w:sz w:val="24"/>
          <w:szCs w:val="24"/>
        </w:rPr>
      </w:pPr>
      <w:r w:rsidRPr="00E0439D">
        <w:rPr>
          <w:sz w:val="24"/>
          <w:szCs w:val="24"/>
        </w:rPr>
        <w:t>Time: 2:30 PM</w:t>
      </w:r>
    </w:p>
    <w:p w14:paraId="1DE3CA29" w14:textId="77777777" w:rsidR="002F00E1" w:rsidRDefault="005D23D5" w:rsidP="0026420A">
      <w:pPr>
        <w:pStyle w:val="Heading2"/>
        <w:spacing w:after="120"/>
      </w:pPr>
      <w:r>
        <w:t>Agenda</w:t>
      </w:r>
    </w:p>
    <w:p w14:paraId="46CF5917" w14:textId="77777777" w:rsidR="002F00E1" w:rsidRDefault="005D23D5">
      <w:r>
        <w:t xml:space="preserve">- </w:t>
      </w:r>
      <w:r w:rsidRPr="00E0439D">
        <w:rPr>
          <w:sz w:val="24"/>
          <w:szCs w:val="24"/>
        </w:rPr>
        <w:t>DTMQA Software’s New Feedback</w:t>
      </w:r>
    </w:p>
    <w:p w14:paraId="4CB211E0" w14:textId="506224C9" w:rsidR="007257FF" w:rsidRPr="007C79CD" w:rsidRDefault="00E0439D" w:rsidP="007C79CD">
      <w:pPr>
        <w:pStyle w:val="Heading2"/>
        <w:spacing w:after="120"/>
      </w:pPr>
      <w:bookmarkStart w:id="0" w:name="_Hlk215507205"/>
      <w:r>
        <w:t xml:space="preserve">Task Description </w:t>
      </w:r>
      <w:bookmarkEnd w:id="0"/>
    </w:p>
    <w:tbl>
      <w:tblPr>
        <w:tblStyle w:val="TableGrid"/>
        <w:tblW w:w="10348" w:type="dxa"/>
        <w:tblLook w:val="04A0" w:firstRow="1" w:lastRow="0" w:firstColumn="1" w:lastColumn="0" w:noHBand="0" w:noVBand="1"/>
      </w:tblPr>
      <w:tblGrid>
        <w:gridCol w:w="5058"/>
        <w:gridCol w:w="2340"/>
        <w:gridCol w:w="1620"/>
        <w:gridCol w:w="1330"/>
      </w:tblGrid>
      <w:tr w:rsidR="0026420A" w:rsidRPr="003A4008" w14:paraId="21F69800" w14:textId="77777777" w:rsidTr="007C79CD">
        <w:trPr>
          <w:trHeight w:val="380"/>
        </w:trPr>
        <w:tc>
          <w:tcPr>
            <w:tcW w:w="5058" w:type="dxa"/>
          </w:tcPr>
          <w:p w14:paraId="2B90732A" w14:textId="274DCD58" w:rsidR="007257FF" w:rsidRPr="003A4008" w:rsidRDefault="007257FF" w:rsidP="007257FF">
            <w:pPr>
              <w:jc w:val="center"/>
              <w:rPr>
                <w:b/>
                <w:bCs/>
                <w:sz w:val="24"/>
                <w:szCs w:val="24"/>
              </w:rPr>
            </w:pPr>
            <w:r w:rsidRPr="003A4008">
              <w:rPr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2340" w:type="dxa"/>
          </w:tcPr>
          <w:p w14:paraId="5F9EEF04" w14:textId="6ECB7A6A" w:rsidR="007257FF" w:rsidRPr="003A4008" w:rsidRDefault="007257FF" w:rsidP="007257FF">
            <w:pPr>
              <w:jc w:val="center"/>
              <w:rPr>
                <w:b/>
                <w:bCs/>
                <w:sz w:val="24"/>
                <w:szCs w:val="24"/>
              </w:rPr>
            </w:pPr>
            <w:r w:rsidRPr="003A4008">
              <w:rPr>
                <w:b/>
                <w:bCs/>
                <w:sz w:val="24"/>
                <w:szCs w:val="24"/>
              </w:rPr>
              <w:t>Responsible</w:t>
            </w:r>
          </w:p>
        </w:tc>
        <w:tc>
          <w:tcPr>
            <w:tcW w:w="1620" w:type="dxa"/>
          </w:tcPr>
          <w:p w14:paraId="6F4467B5" w14:textId="0F241F5C" w:rsidR="007257FF" w:rsidRPr="003A4008" w:rsidRDefault="007257FF" w:rsidP="007257FF">
            <w:pPr>
              <w:jc w:val="center"/>
              <w:rPr>
                <w:b/>
                <w:bCs/>
                <w:sz w:val="24"/>
                <w:szCs w:val="24"/>
              </w:rPr>
            </w:pPr>
            <w:r w:rsidRPr="003A4008">
              <w:rPr>
                <w:b/>
                <w:bCs/>
                <w:sz w:val="24"/>
                <w:szCs w:val="24"/>
              </w:rPr>
              <w:t>Deadline</w:t>
            </w:r>
          </w:p>
        </w:tc>
        <w:tc>
          <w:tcPr>
            <w:tcW w:w="1330" w:type="dxa"/>
          </w:tcPr>
          <w:p w14:paraId="2E4B833D" w14:textId="77D3C0CB" w:rsidR="007257FF" w:rsidRPr="003A4008" w:rsidRDefault="007257FF" w:rsidP="007257FF">
            <w:pPr>
              <w:jc w:val="center"/>
              <w:rPr>
                <w:b/>
                <w:bCs/>
                <w:sz w:val="24"/>
                <w:szCs w:val="24"/>
              </w:rPr>
            </w:pPr>
            <w:r w:rsidRPr="003A4008">
              <w:rPr>
                <w:b/>
                <w:bCs/>
                <w:sz w:val="24"/>
                <w:szCs w:val="24"/>
              </w:rPr>
              <w:t>Status</w:t>
            </w:r>
          </w:p>
        </w:tc>
      </w:tr>
      <w:tr w:rsidR="0026420A" w:rsidRPr="003A4008" w14:paraId="7A0A5A55" w14:textId="77777777" w:rsidTr="007C79CD">
        <w:trPr>
          <w:trHeight w:val="683"/>
        </w:trPr>
        <w:tc>
          <w:tcPr>
            <w:tcW w:w="5058" w:type="dxa"/>
          </w:tcPr>
          <w:p w14:paraId="1C2D64E5" w14:textId="77777777" w:rsidR="007257FF" w:rsidRPr="007C79CD" w:rsidRDefault="007257FF" w:rsidP="0026420A">
            <w:pPr>
              <w:rPr>
                <w:b/>
                <w:bCs/>
                <w:sz w:val="24"/>
                <w:szCs w:val="24"/>
              </w:rPr>
            </w:pPr>
            <w:r w:rsidRPr="007C79CD">
              <w:rPr>
                <w:b/>
                <w:bCs/>
                <w:sz w:val="24"/>
                <w:szCs w:val="24"/>
              </w:rPr>
              <w:t>Student Auto Attendance System with Login</w:t>
            </w:r>
          </w:p>
          <w:p w14:paraId="0C31ED81" w14:textId="14845CCB" w:rsidR="007C79CD" w:rsidRPr="007C79CD" w:rsidRDefault="007C79CD" w:rsidP="007C79CD">
            <w:pPr>
              <w:rPr>
                <w:b/>
                <w:bCs/>
                <w:sz w:val="24"/>
                <w:szCs w:val="24"/>
              </w:rPr>
            </w:pPr>
            <w:r w:rsidRPr="007C79CD">
              <w:rPr>
                <w:sz w:val="24"/>
                <w:szCs w:val="24"/>
              </w:rPr>
              <w:t>Implementing an automated attendance feature integrated with individual student login.</w:t>
            </w:r>
          </w:p>
        </w:tc>
        <w:tc>
          <w:tcPr>
            <w:tcW w:w="2340" w:type="dxa"/>
          </w:tcPr>
          <w:p w14:paraId="7271157F" w14:textId="15A9FD4D" w:rsidR="007257FF" w:rsidRPr="003A4008" w:rsidRDefault="007257FF" w:rsidP="007257FF">
            <w:pPr>
              <w:jc w:val="both"/>
              <w:rPr>
                <w:b/>
                <w:bCs/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Development Team</w:t>
            </w:r>
          </w:p>
        </w:tc>
        <w:tc>
          <w:tcPr>
            <w:tcW w:w="1620" w:type="dxa"/>
          </w:tcPr>
          <w:p w14:paraId="7752ACB5" w14:textId="23D7F097" w:rsidR="007257FF" w:rsidRPr="003A4008" w:rsidRDefault="003A4008" w:rsidP="0026420A">
            <w:pPr>
              <w:jc w:val="center"/>
              <w:rPr>
                <w:b/>
                <w:bCs/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03-12-2025</w:t>
            </w:r>
          </w:p>
        </w:tc>
        <w:tc>
          <w:tcPr>
            <w:tcW w:w="1330" w:type="dxa"/>
          </w:tcPr>
          <w:p w14:paraId="39B89A75" w14:textId="52406FAE" w:rsidR="007257FF" w:rsidRPr="003A4008" w:rsidRDefault="007257FF" w:rsidP="0026420A">
            <w:pPr>
              <w:jc w:val="center"/>
              <w:rPr>
                <w:b/>
                <w:bCs/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Pending</w:t>
            </w:r>
          </w:p>
        </w:tc>
      </w:tr>
      <w:tr w:rsidR="0026420A" w:rsidRPr="003A4008" w14:paraId="2F809D70" w14:textId="77777777" w:rsidTr="007C79CD">
        <w:trPr>
          <w:trHeight w:val="380"/>
        </w:trPr>
        <w:tc>
          <w:tcPr>
            <w:tcW w:w="5058" w:type="dxa"/>
          </w:tcPr>
          <w:p w14:paraId="780C07EB" w14:textId="77777777" w:rsidR="003A4008" w:rsidRPr="007C79CD" w:rsidRDefault="003A4008" w:rsidP="003A4008">
            <w:pPr>
              <w:jc w:val="both"/>
              <w:rPr>
                <w:b/>
                <w:bCs/>
              </w:rPr>
            </w:pPr>
            <w:r w:rsidRPr="007C79CD">
              <w:rPr>
                <w:b/>
                <w:bCs/>
              </w:rPr>
              <w:t>Class Time Change Option</w:t>
            </w:r>
          </w:p>
          <w:p w14:paraId="7A387B4B" w14:textId="6D7BD196" w:rsidR="007C79CD" w:rsidRPr="007C79CD" w:rsidRDefault="007C79CD" w:rsidP="007C79CD">
            <w:pPr>
              <w:rPr>
                <w:sz w:val="24"/>
                <w:szCs w:val="24"/>
              </w:rPr>
            </w:pPr>
            <w:r w:rsidRPr="007C79CD">
              <w:rPr>
                <w:sz w:val="24"/>
                <w:szCs w:val="24"/>
              </w:rPr>
              <w:t>Request to add a function allowing class time modifications directly from the admin panel.</w:t>
            </w:r>
          </w:p>
        </w:tc>
        <w:tc>
          <w:tcPr>
            <w:tcW w:w="2340" w:type="dxa"/>
          </w:tcPr>
          <w:p w14:paraId="63DED55E" w14:textId="7288F6BF" w:rsidR="003A4008" w:rsidRPr="003A4008" w:rsidRDefault="003A4008" w:rsidP="003A4008">
            <w:pPr>
              <w:jc w:val="both"/>
              <w:rPr>
                <w:b/>
                <w:bCs/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Development Team</w:t>
            </w:r>
          </w:p>
        </w:tc>
        <w:tc>
          <w:tcPr>
            <w:tcW w:w="1620" w:type="dxa"/>
          </w:tcPr>
          <w:p w14:paraId="76AC715A" w14:textId="060F4E83" w:rsidR="003A4008" w:rsidRPr="0026420A" w:rsidRDefault="0026420A" w:rsidP="0026420A">
            <w:pPr>
              <w:jc w:val="center"/>
              <w:rPr>
                <w:sz w:val="24"/>
                <w:szCs w:val="24"/>
              </w:rPr>
            </w:pPr>
            <w:r w:rsidRPr="0026420A">
              <w:rPr>
                <w:sz w:val="24"/>
                <w:szCs w:val="24"/>
              </w:rPr>
              <w:t>30-11-2025</w:t>
            </w:r>
          </w:p>
        </w:tc>
        <w:tc>
          <w:tcPr>
            <w:tcW w:w="1330" w:type="dxa"/>
          </w:tcPr>
          <w:p w14:paraId="508593B6" w14:textId="1453CE3F" w:rsidR="003A4008" w:rsidRPr="003A4008" w:rsidRDefault="0026420A" w:rsidP="002642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Completed</w:t>
            </w:r>
          </w:p>
        </w:tc>
      </w:tr>
      <w:tr w:rsidR="0026420A" w:rsidRPr="003A4008" w14:paraId="5D067924" w14:textId="77777777" w:rsidTr="007C79CD">
        <w:trPr>
          <w:trHeight w:val="380"/>
        </w:trPr>
        <w:tc>
          <w:tcPr>
            <w:tcW w:w="5058" w:type="dxa"/>
          </w:tcPr>
          <w:p w14:paraId="7E482056" w14:textId="77777777" w:rsidR="0026420A" w:rsidRPr="007C79CD" w:rsidRDefault="0026420A" w:rsidP="0026420A">
            <w:pPr>
              <w:jc w:val="both"/>
              <w:rPr>
                <w:b/>
                <w:bCs/>
              </w:rPr>
            </w:pPr>
            <w:r w:rsidRPr="007C79CD">
              <w:rPr>
                <w:b/>
                <w:bCs/>
              </w:rPr>
              <w:t>Batch-wise WhatsApp Group SMS System</w:t>
            </w:r>
          </w:p>
          <w:p w14:paraId="0FE74FAD" w14:textId="3230AA11" w:rsidR="007C79CD" w:rsidRPr="007C79CD" w:rsidRDefault="007C79CD" w:rsidP="007C79CD">
            <w:pPr>
              <w:rPr>
                <w:sz w:val="24"/>
                <w:szCs w:val="24"/>
              </w:rPr>
            </w:pPr>
            <w:r w:rsidRPr="007C79CD">
              <w:rPr>
                <w:sz w:val="24"/>
                <w:szCs w:val="24"/>
              </w:rPr>
              <w:t>Need for sending automated or manual batch-wise communications through WhatsApp.</w:t>
            </w:r>
          </w:p>
        </w:tc>
        <w:tc>
          <w:tcPr>
            <w:tcW w:w="2340" w:type="dxa"/>
          </w:tcPr>
          <w:p w14:paraId="37E866E1" w14:textId="519156EF" w:rsidR="0026420A" w:rsidRPr="003A4008" w:rsidRDefault="0026420A" w:rsidP="0026420A">
            <w:pPr>
              <w:jc w:val="both"/>
              <w:rPr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Development Team</w:t>
            </w:r>
          </w:p>
        </w:tc>
        <w:tc>
          <w:tcPr>
            <w:tcW w:w="1620" w:type="dxa"/>
          </w:tcPr>
          <w:p w14:paraId="69BFA711" w14:textId="4FC0DD20" w:rsidR="0026420A" w:rsidRPr="0026420A" w:rsidRDefault="0026420A" w:rsidP="002642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31-03-2026</w:t>
            </w:r>
          </w:p>
        </w:tc>
        <w:tc>
          <w:tcPr>
            <w:tcW w:w="1330" w:type="dxa"/>
          </w:tcPr>
          <w:p w14:paraId="78793580" w14:textId="34EFE759" w:rsidR="0026420A" w:rsidRDefault="0026420A" w:rsidP="0026420A">
            <w:pPr>
              <w:jc w:val="center"/>
              <w:rPr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Pending</w:t>
            </w:r>
          </w:p>
        </w:tc>
      </w:tr>
      <w:tr w:rsidR="0026420A" w:rsidRPr="003A4008" w14:paraId="600FA883" w14:textId="77777777" w:rsidTr="007C79CD">
        <w:trPr>
          <w:trHeight w:val="401"/>
        </w:trPr>
        <w:tc>
          <w:tcPr>
            <w:tcW w:w="5058" w:type="dxa"/>
          </w:tcPr>
          <w:p w14:paraId="12336139" w14:textId="77777777" w:rsidR="0026420A" w:rsidRPr="007C79CD" w:rsidRDefault="0026420A" w:rsidP="0026420A">
            <w:pPr>
              <w:jc w:val="both"/>
              <w:rPr>
                <w:b/>
                <w:bCs/>
              </w:rPr>
            </w:pPr>
            <w:r w:rsidRPr="007C79CD">
              <w:rPr>
                <w:b/>
                <w:bCs/>
              </w:rPr>
              <w:t>Archive System for Class Recordings</w:t>
            </w:r>
          </w:p>
          <w:p w14:paraId="12B7246F" w14:textId="35691C47" w:rsidR="007C79CD" w:rsidRPr="007C79CD" w:rsidRDefault="007C79CD" w:rsidP="007C79CD">
            <w:pPr>
              <w:rPr>
                <w:sz w:val="24"/>
                <w:szCs w:val="24"/>
              </w:rPr>
            </w:pPr>
            <w:r w:rsidRPr="007C79CD">
              <w:rPr>
                <w:sz w:val="24"/>
                <w:szCs w:val="24"/>
              </w:rPr>
              <w:t>Requirement to store and archive class recordings for future reference.</w:t>
            </w:r>
          </w:p>
        </w:tc>
        <w:tc>
          <w:tcPr>
            <w:tcW w:w="2340" w:type="dxa"/>
          </w:tcPr>
          <w:p w14:paraId="16FD7CFC" w14:textId="3F8E3378" w:rsidR="0026420A" w:rsidRPr="003A4008" w:rsidRDefault="0026420A" w:rsidP="0026420A">
            <w:pPr>
              <w:jc w:val="both"/>
              <w:rPr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Development Team</w:t>
            </w:r>
          </w:p>
        </w:tc>
        <w:tc>
          <w:tcPr>
            <w:tcW w:w="1620" w:type="dxa"/>
          </w:tcPr>
          <w:p w14:paraId="15B08E0A" w14:textId="67743473" w:rsidR="0026420A" w:rsidRPr="003A4008" w:rsidRDefault="0026420A" w:rsidP="002642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06-12-2025</w:t>
            </w:r>
          </w:p>
        </w:tc>
        <w:tc>
          <w:tcPr>
            <w:tcW w:w="1330" w:type="dxa"/>
          </w:tcPr>
          <w:p w14:paraId="3145DBD8" w14:textId="70C1AAE7" w:rsidR="0026420A" w:rsidRPr="003A4008" w:rsidRDefault="0026420A" w:rsidP="0026420A">
            <w:pPr>
              <w:jc w:val="center"/>
              <w:rPr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Pending</w:t>
            </w:r>
          </w:p>
        </w:tc>
      </w:tr>
      <w:tr w:rsidR="0026420A" w:rsidRPr="003A4008" w14:paraId="053151CA" w14:textId="77777777" w:rsidTr="007C79CD">
        <w:trPr>
          <w:trHeight w:val="380"/>
        </w:trPr>
        <w:tc>
          <w:tcPr>
            <w:tcW w:w="5058" w:type="dxa"/>
          </w:tcPr>
          <w:p w14:paraId="30D3ED2B" w14:textId="146A4FA3" w:rsidR="0026420A" w:rsidRPr="007C79CD" w:rsidRDefault="0026420A" w:rsidP="0026420A">
            <w:pPr>
              <w:jc w:val="both"/>
              <w:rPr>
                <w:b/>
                <w:bCs/>
              </w:rPr>
            </w:pPr>
            <w:r w:rsidRPr="007C79CD">
              <w:rPr>
                <w:b/>
                <w:bCs/>
              </w:rPr>
              <w:t>App Development</w:t>
            </w:r>
          </w:p>
          <w:p w14:paraId="78D2AD80" w14:textId="6BCB194C" w:rsidR="007C79CD" w:rsidRPr="007C79CD" w:rsidRDefault="007C79CD" w:rsidP="007C79CD">
            <w:pPr>
              <w:rPr>
                <w:sz w:val="24"/>
                <w:szCs w:val="24"/>
              </w:rPr>
            </w:pPr>
            <w:r w:rsidRPr="007C79CD">
              <w:rPr>
                <w:sz w:val="24"/>
                <w:szCs w:val="24"/>
              </w:rPr>
              <w:t>Create a mobile app where students can join live classes and access more features easily.</w:t>
            </w:r>
          </w:p>
        </w:tc>
        <w:tc>
          <w:tcPr>
            <w:tcW w:w="2340" w:type="dxa"/>
          </w:tcPr>
          <w:p w14:paraId="4556F472" w14:textId="6555D462" w:rsidR="0026420A" w:rsidRPr="003A4008" w:rsidRDefault="0026420A" w:rsidP="007C79CD">
            <w:pPr>
              <w:rPr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Development</w:t>
            </w:r>
            <w:r>
              <w:rPr>
                <w:sz w:val="24"/>
                <w:szCs w:val="24"/>
              </w:rPr>
              <w:t xml:space="preserve"> &amp; Apps</w:t>
            </w:r>
            <w:r w:rsidRPr="003A4008">
              <w:rPr>
                <w:sz w:val="24"/>
                <w:szCs w:val="24"/>
              </w:rPr>
              <w:t xml:space="preserve"> Team</w:t>
            </w:r>
          </w:p>
        </w:tc>
        <w:tc>
          <w:tcPr>
            <w:tcW w:w="1620" w:type="dxa"/>
          </w:tcPr>
          <w:p w14:paraId="33EC9773" w14:textId="099EFDEF" w:rsidR="0026420A" w:rsidRPr="003A4008" w:rsidRDefault="0026420A" w:rsidP="002642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17-12-2025</w:t>
            </w:r>
          </w:p>
        </w:tc>
        <w:tc>
          <w:tcPr>
            <w:tcW w:w="1330" w:type="dxa"/>
          </w:tcPr>
          <w:p w14:paraId="167AEF0C" w14:textId="50C65F98" w:rsidR="0026420A" w:rsidRPr="003A4008" w:rsidRDefault="0026420A" w:rsidP="0026420A">
            <w:pPr>
              <w:jc w:val="center"/>
              <w:rPr>
                <w:sz w:val="24"/>
                <w:szCs w:val="24"/>
              </w:rPr>
            </w:pPr>
            <w:r w:rsidRPr="003A4008">
              <w:rPr>
                <w:sz w:val="24"/>
                <w:szCs w:val="24"/>
              </w:rPr>
              <w:t>Pending</w:t>
            </w:r>
          </w:p>
        </w:tc>
      </w:tr>
    </w:tbl>
    <w:p w14:paraId="0357F947" w14:textId="77777777" w:rsidR="00B06FAA" w:rsidRPr="004033A7" w:rsidRDefault="00B06FAA" w:rsidP="0026420A">
      <w:pPr>
        <w:spacing w:after="0"/>
        <w:jc w:val="both"/>
        <w:rPr>
          <w:b/>
          <w:bCs/>
          <w:sz w:val="24"/>
          <w:szCs w:val="24"/>
        </w:rPr>
      </w:pPr>
    </w:p>
    <w:sectPr w:rsidR="00B06FAA" w:rsidRPr="004033A7" w:rsidSect="00152CC5">
      <w:pgSz w:w="11906" w:h="16838" w:code="9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5F4C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12588F"/>
    <w:multiLevelType w:val="multilevel"/>
    <w:tmpl w:val="7DDE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E96FF4"/>
    <w:multiLevelType w:val="hybridMultilevel"/>
    <w:tmpl w:val="4072A98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2C7"/>
    <w:rsid w:val="00103D92"/>
    <w:rsid w:val="0015074B"/>
    <w:rsid w:val="00152CC5"/>
    <w:rsid w:val="0026420A"/>
    <w:rsid w:val="0029639D"/>
    <w:rsid w:val="002F00E1"/>
    <w:rsid w:val="00326F90"/>
    <w:rsid w:val="003A4008"/>
    <w:rsid w:val="004033A7"/>
    <w:rsid w:val="00467B38"/>
    <w:rsid w:val="004A6901"/>
    <w:rsid w:val="005D23D5"/>
    <w:rsid w:val="007257FF"/>
    <w:rsid w:val="0074569E"/>
    <w:rsid w:val="007B40B3"/>
    <w:rsid w:val="007C79CD"/>
    <w:rsid w:val="009D1107"/>
    <w:rsid w:val="00A84BF4"/>
    <w:rsid w:val="00AA1D8D"/>
    <w:rsid w:val="00AD31A9"/>
    <w:rsid w:val="00B06FAA"/>
    <w:rsid w:val="00B47730"/>
    <w:rsid w:val="00B953A1"/>
    <w:rsid w:val="00CB0664"/>
    <w:rsid w:val="00E043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CC3BCD"/>
  <w14:defaultImageDpi w14:val="300"/>
  <w15:docId w15:val="{03A08E4A-3E96-4895-A26E-602F1641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103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4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Shahadot Hossain Siam (241008)</cp:lastModifiedBy>
  <cp:revision>4</cp:revision>
  <cp:lastPrinted>2025-12-02T10:55:00Z</cp:lastPrinted>
  <dcterms:created xsi:type="dcterms:W3CDTF">2013-12-23T23:15:00Z</dcterms:created>
  <dcterms:modified xsi:type="dcterms:W3CDTF">2025-12-02T11:02:00Z</dcterms:modified>
  <cp:category/>
</cp:coreProperties>
</file>